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审核意见模板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【标题】关于××××的审核意见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【主送机关】××××：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根据××××要求，我单位对××××事项进行了审核。现将审核意见如下：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一、审核内容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（一）××××方面。审核了××××、××××、××××，核实了××××数据和资料。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（二）××××方面。审核了××××、××××、××××，确认了××××事实和依据。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（三）××××方面。审核了××××、××××、××××，检查了××××程序和规范。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二、审核发现的问题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（一）××××问题。具体表现为××××，不符合××××规定。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（二）××××问题。具体表现为××××，需要进一步完善。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（三）××××问题。具体表现为××××，建议予以纠正。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三、审核结论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（一）××××事项总体符合××××要求，基本具备××××条件。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（二）针对审核发现的问题，提出以下整改意见：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××××问题，整改要求：××××，整改时限：××××年××月××日前。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××××问题，整改要求：××××，整改时限：××××年××月××日前。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××××问题，整改要求：××××，整改时限：××××年××月××日前。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四、工作建议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（一）建议××××，理由：××××。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（二）建议××××，理由：××××。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请你单位根据审核意见，认真整改落实，整改完成后将整改报告报送我单位。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《××××审核记录表》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《××××问题清单及整改要求》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【发文机关】××××（公章）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