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延期办理通知书模板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【标题】延期办理通知书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【文号】××××延字〔××××〕××号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【申请人】××××（名称/姓名），地址：××××，联系电话：××××。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于××××年××月××日向本机关提出的××××申请，本机关已于××××年××月××日受理。由于××××原因，不能在规定期限内作出决定。根据《××××法》第××条规定，经本机关负责人批准，决定延长办理期限××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一、延期原因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（一）××××（具体原因）。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（二）××××（具体原因）。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二、延期期限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自××××年××月××日起延长××日，即至××××年××月××日前作出决定。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三、相关提示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你（单位）可以自收到本通知书之日起60日内，向××××申请行政复议，或者自收到本通知书之日起6个月内，向××××人民法院提起行政诉讼。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特此通知。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