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行政复议申请书模板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【标题】行政复议申请书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【申请人】×××（姓名），××××年××月××日出生，××族，住址：××××，身份证号码：××××，联系电话：××××。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【被申请人】××××（名称），地址：××××，法定代表人：×××，职务：××××。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【第三人】××××（名称/姓名），地址：××××。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【复议请求】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一、撤销被申请人××××作出的《××××》（××××〔××××〕××号）行政决定。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二、责令被申请人××××重新作出行政决定。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三、责令被申请人××××赔偿申请人××××损失。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【事实和理由】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一、事实经过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××××年××月××日，申请人××××（具体行为）。××××年××月××日，被申请人××××作出《××××》（××××〔××××〕××号）行政决定，××××（具体内容）。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二、理由阐述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（一）被申请人作出的行政决定认定事实不清。具体理由：××××。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（二）被申请人作出的行政决定适用法律错误。具体理由：××××。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（三）被申请人作出的行政决定程序违法。具体理由：××××。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（四）被申请人作出的行政决定明显不当。具体理由：××××。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综上所述，被申请人作出的行政决定违反了《中华人民共和国行政复议法》等相关法律法规规定，侵犯了申请人的合法权益。为维护申请人的合法权益，特向贵机关申请行政复议，请依法予以处理。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《××××行政决定书》复印件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《××××相关证据材料》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【申请人】×××（签字/盖章）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【申请日期】××××年××月××日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