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备案通知模板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【标题】关于××××的备案通知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【主送机关】××××：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根据××××规定，现将××××事项予以备案。具体情况如下：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一、备案事项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（一）事项名称：××××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（二）事项类别：××××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（三）实施主体：××××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（四）实施依据：××××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（五）实施范围：××××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二、备案内容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（一）××××内容。具体包括××××、××××、××××。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（二）××××内容。具体包括××××、××××、××××。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（三）××××内容。具体包括××××、××××、××××。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三、备案要求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（一）××××要求。具体内容包括××××、××××、××××。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（二）××××要求。具体内容包括××××、××××、××××。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（三）××××要求。具体内容包括××××、××××、××××。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请你单位按照备案要求，认真组织实施，确保××××事项规范有序开展。实施过程中如有重大变更，请及时报我单位备案。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《××××备案表》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《××××相关材料》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