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述职报告模板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【标题】××××年度述职报告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【姓名】×××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【职务】××××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【单位】××××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【报告时间】××××年××月××日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各位领导、同志们：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××××年，在××××的正确领导下，我认真履行岗位职责，扎实开展各项工作，较好地完成了年度目标任务。现将一年来的工作情况述职如下：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一、思想政治建设情况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年来，我始终坚持把思想政治建设放在首位，认真学习贯彻××××精神，深刻领会××××内涵，不断提高政治站位和政治觉悟。一是加强理论学习。系统学习了××××、××××、××××等重要内容，撰写学习笔记××××字，心得体会××××篇。二是坚定理想信念。始终牢记初心使命，自觉践行××××，在思想上政治上行动上同××××保持高度一致。三是强化党性修养。严格遵守党的纪律和规矩，认真落实××××要求，自觉接受监督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二、履行岗位职责情况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（一）××××工作。认真落实××××部署要求，扎实推进××××工作，取得了××××成效。具体工作包括××××、××××、××××。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（二）××××工作。积极推动××××工作，创新工作方式方法，解决了××××问题，提升了××××水平。具体工作包括××××、××××、××××。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（三）××××工作。切实加强××××工作，完善××××制度机制，强化××××监督管理，确保××××。具体工作包括××××、××××、××××。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三、廉洁自律情况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一年来，我严格遵守廉洁自律各项规定，自觉筑牢拒腐防变防线。一是严格执行××××规定，认真落实××××要求。二是自觉接受监督，主动报告个人有关事项。三是注重家风建设，教育引导家属子女廉洁自律。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四、存在问题及原因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（一）存在问题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××××方面存在不足，具体表现为××××。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××××方面存在差距，具体表现为××××。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××××方面存在短板，具体表现为××××。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（二）原因分析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学习不够深入，对××××理解不够透彻。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创新意识不强，工作方式方法有待改进。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统筹协调能力有待提高，工作推进力度不够。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五、下一步改进措施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（一）加强学习，提高能力。深入学习××××，不断提升综合素质和业务能力。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（二）勇于创新，改进方法。积极探索××××工作新模式，创新工作方式方法。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（三）强化担当，狠抓落实。进一步增强责任感和使命感，加大工作推进力度。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以上是我的述职报告，请各位领导和同志们批评指正。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【述职人】×××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【日期】××××年××月××日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