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工作总结报告模板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【标题】××××年度工作总结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××××年，在××××的正确领导下，我单位认真贯彻落实××××精神，紧紧围绕××××工作目标，扎实推进各项工作，取得了显著成效。现将一年来的工作总结如下：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一、工作成效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（一）××××工作取得新突破。具体成效包括××××、××××、××××。数据表明，××××指标同比增长××%，达到××××水平。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（二）××××工作迈上新台阶。具体成效包括××××、××××、××××。通过××××措施，有效解决了××××问题，提升了××××能力。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（三）××××工作开创新局面。具体成效包括××××、××××、××××。创新工作方式方法，推出了××××举措，得到了××××的充分肯定。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二、主要做法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（一）加强组织领导，落实工作责任。成立了××××工作领导小组，明确了各部门职责分工，层层签订了目标责任书，形成了“一级抓一级、层层抓落实”的工作格局。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（二）强化统筹协调，形成工作合力。建立了××××工作协调机制，定期召开联席会议，及时解决工作中遇到的困难和问题，确保各项工作顺利推进。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（三）注重创新驱动，提升工作效能。积极探索××××工作新模式，运用××××技术手段，优化××××工作流程，提高了工作效率和质量。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（四）加强监督检查，确保工作落实。建立了××××监督检查机制，定期对工作进展情况进行督导检查，及时发现问题、解决问题，确保各项任务落到实处。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三、存在问题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（一）××××方面存在差距。具体表现为××××，原因分析：××××。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（二）××××方面存在不足。具体表现为××××，原因分析：××××。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（三）××××方面存在短板。具体表现为××××，原因分析：××××。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四、下一步工作打算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（一）××××。具体措施包括××××、××××、××××，预期目标：××××。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（二）××××。具体措施包括××××、××××、××××，预期目标：××××。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（三）××××。具体措施包括××××、××××、××××，预期目标：××××。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五、工作建议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（一）建议××××，理由：××××。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（二）建议××××，理由：××××。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以上报告，请审示。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《××××年度工作数据统计表》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《××××重点工作完成情况一览表》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