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行政许可决定书模板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【标题】行政许可决定书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【文号】××××许字〔××××〕××号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【申请人】××××（名称/姓名），地址：××××，法定代表人：×××，职务：××××，联系电话：××××。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你（单位）于××××年××月××日向本机关提出的××××行政许可申请，本机关已于××××年××月××日受理。经审查，你（单位）的申请符合《××××法》等相关法律法规规定的条件。根据《中华人民共和国行政许可法》第××条规定，本机关决定如下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一、许可决定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准予你（单位）从事××××活动。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二、许可内容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（一）许可事项：××××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（二）许可范围：××××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（三）许可期限：自××××年××月××日起至××××年××月××日止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（四）许可条件：××××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三、许可要求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（一）你（单位）应当严格按照许可内容从事相关活动，不得擅自变更许可事项。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（二）你（单位）应当遵守《××××法》等相关法律法规规定，接受本机关的监督检查。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（三）许可期限届满需要延续的，你（单位）应当在期限届满30日前向本机关提出延续申请。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四、权利救济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如不服本决定，可以自收到本决定书之日起60日内，向××××申请行政复议，或者自收到本决定书之日起6个月内，向××××人民法院提起行政诉讼。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《××××许可证》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《××××相关材料》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【许可机关】××××（公章）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【决定日期】××××年××月××日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