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审批意见模板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【标题】关于××××的审批意见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你单位《关于××××的请示》（××××〔××××〕××号）收悉。经研究，现提出如下审批意见：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一、基本情况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××××事项涉及××××范围，主要内容包括××××、××××、××××。该事项符合××××规定，具备××××条件。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二、审批意见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（一）原则同意××××事项。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（二）关于××××问题，意见如下：××××。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（三）关于××××问题，意见如下：××××。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三、相关要求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（一）××××要求。具体内容包括××××、××××、××××。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（二）××××要求。具体内容包括××××、××××、××××。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（三）××××要求。具体内容包括××××、××××、××××。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请你单位根据以上审批意见，认真组织实施，确保××××事项顺利推进。实施过程中如有重大问题，请及时报告。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《××××审批表》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《××××相关材料》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