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XX机关关于XX单位XX事项的批复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XX单位：请示收悉，现批复如下。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一、同意XX事项。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二、请认真组织实施。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此复。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