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XX会议记录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会议名称：XX会议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时间地点：202X年XX月XX日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主持人：XXX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参会人员：XXX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会议内容：传达学习文件精神，汇报工作进展。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