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行政强制决定书模板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【标题】行政强制决定书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【文号】××××强字〔××××〕××号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【当事人】××××（名称/姓名），地址：××××，法定代表人：×××，职务：××××，联系电话：××××。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经查明，当事人××××存在以下情形：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一、事实情况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××××年××月××日，××××（具体事实）。以上事实有××××（证据名称）为证。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二、法律依据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当事人的上述行为违反了《××××法》第××条第××款规定，依据《中华人民共和国行政强制法》第××条和《××××法》第××条规定，本机关决定对当事人采取下列行政强制措施：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三、强制措施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（一）查封××××场所、设施或者财物；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（二）扣押××××财物；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（三）冻结××××存款、汇款；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（四）其他行政强制措施。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四、强制措施期限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自××××年××月××日起至××××年××月××日止。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五、权利救济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如不服本决定，可以自收到本决定书之日起60日内，向××××申请行政复议，或者自收到本决定书之日起6个月内，向××××人民法院提起行政诉讼。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《××××相关证据材料》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《××××查封/扣押清单》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【强制机关】××××（公章）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【决定日期】××××年××月××日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