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廉洁自律承诺书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为进一步加强廉洁自律，规范自身行为，树立良好形象，我郑重承诺：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严格遵守党纪国法。认真学习贯彻《中国共产党纪律处分条例》《中华人民共和国监察法》《中华人民共和国公职人员政务处分法》等法律法规，自觉遵守党的纪律和国家法律，做到心有所畏、言有所戒、行有所止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二、严格遵守中央八项规定精神。坚决反对形式主义、官僚主义、享乐主义和奢靡之风，自觉遵守廉洁从政各项规定，不收受礼品礼金、不接受宴请和旅游安排、不违规发放津补贴、不公款吃喝、不公车私用。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三、严格遵守工作纪律。认真履行岗位职责，秉公办事、不徇私情，坚决杜绝利用职权为本人或他人谋取私利的行为。严格执行重大事项请示报告制度，自觉接受组织和群众监督。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四、严格遵守生活纪律。注重品德修养，培养健康的生活情趣，自觉遵守社会公德和家庭美德，不参与赌博、不涉足色情场所、不搞封建迷信活动，做到廉洁修身、廉洁齐家。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五、严格遵守保密纪律。认真履行保密义务，严格遵守保密规定，不泄露党和国家秘密，不泄露工作中知悉的商业秘密和个人隐私。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如违反上述承诺，我愿意接受组织的处理和纪律处分。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承诺人：XXX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