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关于XX投诉举报事项的处理报告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根据有关规定，我单位对XX投诉举报事项进行了认真处理。现将处理情况报告如下：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一、投诉举报事项基本情况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（一）投诉举报人。XX，身份证号：XX，联系电话：XX，住址：XX。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（二）投诉举报时间。2025年XX月XX日。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（三）投诉举报方式。来信/来访/来电/网上投诉。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（四）投诉举报内容。XX。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二、调查核实情况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（一）调查时间。2025年XX月XX日至XX月XX日。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（二）调查方式。听取汇报、查阅资料、实地调查、询问当事人。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（三）调查结果。经调查核实，投诉举报人反映的问题基本属实/部分属实/不属实。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三、处理意见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（一）基本属实的问题。针对投诉举报人反映的XX问题，采取以下处理措施：XX。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（二）部分属实的问题。针对投诉举报人反映的XX问题中属实的部分，采取以下处理措施：XX；针对不属实的部分，向投诉举报人说明情况。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（三）不属实的问题。向投诉举报人说明调查情况，解释有关政策。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四、处理结果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（一）已解决。投诉举报人反映的问题已全部解决，投诉举报人表示满意。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（二）部分解决。投诉举报人反映的问题已部分解决，剩余问题正在处理中。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（三）未解决。因XX原因，投诉举报人反映的问题暂无法解决，已向投诉举报人说明情况。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五、回访情况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已对投诉举报人进行回访，投诉举报人对处理结果表示满意/基本满意/不满意。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特此报告。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XX单位（盖章）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2025年XX月XX日</w:t>
      </w:r>
    </w:p>
    <w:p/>
    <w:p>
      <w:pPr>
        <w:jc w:val="right"/>
      </w:pPr>
      <w:r>
        <w:rPr>
          <w:rFonts w:ascii="仿宋" w:hAnsi="仿宋"/>
          <w:sz w:val="32"/>
        </w:rPr>
        <w:t>单位名称</w:t>
        <w:br/>
        <w:t>2025年12月31日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