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XX单位安全生产检查报告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根据上级部署和年度工作计划，我单位于2025年XX月XX日至XX月XX日开展了安全生产检查工作。现将检查情况报告如下：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一、检查概况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（一）检查范围。XX单位及所属XX个分支机构。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（二）检查内容。安全生产责任制落实情况、安全管理制度执行情况、安全隐患排查治理情况、安全设施设备运行情况、从业人员安全教育培训情况。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（三）检查方式。采取听取汇报、查阅资料、实地检查、抽查考核等方式进行。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二、检查结果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（一）总体情况。安全生产形势总体稳定，安全生产责任制得到有效落实，安全管理制度基本健全，安全隐患排查治理工作有序开展。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（二）发现的问题。共排查出安全隐患XX项，其中重大隐患XX项，一般隐患XX项。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三、存在问题分析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（一）安全意识方面。个别单位和人员安全意识淡薄，存在侥幸心理。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（二）制度执行方面。部分安全管理制度执行不到位，存在制度形同虚设现象。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（三）隐患治理方面。部分安全隐患整改不及时、不彻底，存在反弹现象。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（四）设施设备方面。部分安全设施设备老化、损坏，需要更新改造。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四、整改措施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（一）加强安全教育培训。提高全员安全意识和技能。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（二）严格落实安全管理制度。确保各项制度执行到位。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（三）加大隐患排查治理力度。建立隐患排查治理长效机制。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（四）更新改造安全设施设备。提高安全生产保障能力。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五、下一步工作安排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（一）强化安全监管。加强对安全生产工作的监督检查。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（二）深化隐患治理。持续开展安全隐患排查治理工作。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（三）加强应急管理。完善应急预案，定期开展应急演练。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（四）推进安全标准化建设。提高安全生产管理水平。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