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XX单位应急演练方案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一、演练目的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检验应急预案的可行性和有效性，提高应急队伍的实战能力，增强员工的应急意识，确保在突发事件发生时能够迅速、有效地开展应急处置工作。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二、演练时间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2025年XX月XX日XX时XX分至XX时XX分。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三、演练地点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XX单位XX区域。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四、演练内容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模拟XX突发事件，检验应急响应、现场处置、人员疏散、物资保障等环节的协同配合能力。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五、演练组织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成立演练指挥部，总指挥由主要负责人担任。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六、演练步骤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6.1准备阶段。发布演练通知，检查演练物资，明确参演人员职责。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6.2实施阶段。模拟突发事件发生，启动应急预案，开展应急处置。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6.3结束阶段。评估演练效果，总结经验教训，提出改进措施。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七、演练评估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7.1评估内容。应急预案的可行性、应急队伍的实战能力、各部门的协同配合能力。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7.2评估方法。现场观察、问卷调查、专家点评。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八、注意事项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安全第一、统一指挥、及时沟通、认真记录。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