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XX项目竣工报告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根据建设工程质量管理条例及有关规定，XX项目已完成全部建设任务，现提交竣工报告。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一、项目概况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项目名称XX，地点XX，规模XX，性质XX，总投资XX万元，建设单位XX，设计单位XX，施工单位XX，监理单位XX，建设期限XX。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二、项目建设内容完成情况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建筑工程、设备购置、安装工程、其他工程完成情况。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三、项目建设目标完成情况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工程质量合格，工程进度符合计划，工程投资控制在概算范围内，工程安全达标。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四、项目验收情况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竣工验收合格，专项验收合格。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五、项目交付使用情况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项目已于XX年XX月XX日交付使用，运行正常。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六、结论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项目建设取得了圆满成功。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2026年XX月XX日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