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XX项目安全评估报告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根据安全生产法及有关规定，我单位受委托对XX项目进行了安全评估。现将评估情况报告如下：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一、评估概况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评估项目XX，委托单位XX，评估范围XX，评估依据XX，评估日期XX。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二、项目概况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项目名称XX，地点XX，规模XX，性质XX，主要设施XX。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三、安全风险识别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识别出XX类危险源，评估出重大风险XX项，较大风险XX项。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四、安全隐患排查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共排查出安全隐患XX项，其中重大隐患XX项。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五、评估结论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项目安全状况总体良好，但存在XX项安全隐患需要整改。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特此报告。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XX公司（盖章）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