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XX项目工程质量检测报告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根据有关规定，我单位受委托对XX项目工程质量进行了检测。现将检测情况报告如下：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一、检测概况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检测项目XX，委托单位XX，检测范围XX，检测依据XX，检测日期XX。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二、检测内容及结果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地基基础、主体结构、装饰装修、屋面、给排水、电气工程等检测结果合格。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三、检测结论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工程质量符合国家有关标准规范和设计文件要求，检测结论为合格。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四、检测单位信息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检测单位XX，资质XX级，人员XX，报告编号XX。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XX公司（盖章）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