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XX项目竣工验收报告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根据有关规定，我单位组织相关单位对XX项目进行了竣工验收。现将验收情况报告如下：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项目名称XX，地点XX，规模XX，总投资XX万元，建设单位XX，施工单位XX，监理单位XX，设计单位XX。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二、验收依据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国家有关法律法规和标准规范，项目可行性研究报告、设计文件、合同等。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三、验收内容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工程质量、工程资料、工程功能、工程安全。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四、验收情况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工程质量合格，工程资料齐全，工程功能正常，工程安全可靠。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五、验收结论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同意通过竣工验收。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六、存在问题及整改要求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存在问题XX项，要求XX日内完成整改。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