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XX项目采购合同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甲方（采购人）：XX单位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乙方（供应商）：XX公司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根据政府采购法及有关法律法规，双方经协商一致，签订本合同。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项目名称XX，编号XX，采购内容XX，合同金额XX万元。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二、合同标的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货物名称、规格型号、数量详见附件一。质量标准符合国家相关标准。交货期XX天，交货地点XX。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三、合同价款及支付方式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预付款XX%，到货验收后支付XX%，质保期满支付XX%。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四、双方权利义务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甲方按时付款，提供场地条件，及时验收。乙方按时交货，保证质量，提供售后服务。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五、违约责任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甲方逾期付款，每日按应付金额XX%支付违约金。乙方逾期交货，每日按合同金额XX%支付违约金。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六、争议解决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协商解决，协商不成向XX法院起诉。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甲方（盖章）：XX单位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法定代表人（签字）：XX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乙方（盖章）：XX公司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法定代表人（签字）：XX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