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XX项目建议书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为推动XX事业发展，改善XX基础设施条件，我单位拟建设XX项目。现将项目有关情况报告如下：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一、项目名称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XX项目。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二、项目建设单位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XX单位。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三、项目建设地点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XX省XX市XX区。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四、项目建设必要性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（一）满足XX需求。现有设施已无法满足需求。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（二）提升服务水平。建设新的XX设施，提升服务能力。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五、项目建设规模及内容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项目总占地面积XX亩，总建筑面积XX平方米。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六、项目总投资及资金来源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项目总投资XX万元，其中财政拨款XX万元，自筹资金XX万元。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七、项目建设期限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项目建设期限为XX个月。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八、结论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项目建设是必要的、可行的。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以上请示妥否，请批示。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XX单位（盖章）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