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XX项目投资可行性研究报告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为推动XX项目建设，我单位组织有关专家对该项目进行了可行性研究。现将研究情况报告如下：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（一）项目名称。XX项目。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（二）项目地点。XX省XX市XX区。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（三）项目规模。项目总占地面积XX亩，总建筑面积XX平方米。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（四）项目总投资。项目总投资XX万元。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二、项目建设必要性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（一）符合国家产业政策。该项目属于鼓励类项目。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（二）满足市场需求。市场对XX产品的需求不断增长。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三、市场分析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市场规模达XX亿元，年增长率XX%，市场前景广阔。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四、技术方案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采用XX技术，技术来源为XX，工艺流程为XX。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五、投资估算与资金筹措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项目总投资XX万元，其中财政拨款XX万元，银行贷款XX万元，自筹资金XX万元。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六、结论与建议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该项目建设具有可行性，建议尽快批准立项。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