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/>
          <w:b/>
          <w:sz w:val="44"/>
        </w:rPr>
        <w:t>XX单位2024年度财务分析报告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为全面了解我单位财务状况，加强财务管理，现将2024年度财务情况分析如下：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一、财务状况总体评价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2024年，我单位财务状况总体良好，收支基本平衡，资产规模稳步增长。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二、收支情况分析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（一）收入情况。2024年总收入XX万元，比上年增加XX万元。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（二）支出情况。2024年总支出XX万元，比上年增加XX万元。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三、资产负债情况分析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（一）资产情况。2024年末总资产XX万元，比上年增加XX万元。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（二）负债情况。2024年末总负债XX万元，比上年增加XX万元。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四、预算执行情况分析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收入预算执行率XX%，支出预算执行率XX%，结转结余资金XX万元。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五、存在问题及改进措施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（一）存在问题。部分项目支出进度较慢。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（二）改进措施。加强项目管理，推进财务管理信息化建设。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特此报告。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XX单位（盖章）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2025年XX月XX日</w:t>
      </w:r>
    </w:p>
    <w:p/>
    <w:p>
      <w:pPr>
        <w:jc w:val="right"/>
      </w:pPr>
      <w:r>
        <w:rPr>
          <w:rFonts w:ascii="仿宋" w:hAnsi="仿宋"/>
          <w:sz w:val="32"/>
        </w:rPr>
        <w:t>单位名称</w:t>
        <w:br/>
        <w:t>2025年12月31日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