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不予受理通知书模板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【标题】不予受理通知书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【文号】××××不受字〔××××〕××号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【申请人】××××（名称/姓名），地址：××××，联系电话：××××。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你（单位）于××××年××月××日向本机关提出的××××申请，经审查，不符合受理条件。根据《××××法》第××条规定，本机关决定不予受理。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一、不予受理理由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（一）××××（具体理由）。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（二）××××（具体理由）。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二、相关提示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（一）你（单位）可以根据上述理由，补充完善相关材料后重新申请。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（二）你（单位）可以自收到本通知书之日起60日内，向××××申请行政复议，或者自收到本通知书之日起6个月内，向××××人民法院提起行政诉讼。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特此通知。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【附件】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《××××申请材料清单》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【发文机关】××××（公章）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【发文日期】××××年××月××日</w:t>
      </w:r>
    </w:p>
    <w:sectPr w:rsidR="00FC693F" w:rsidRPr="0006063C" w:rsidSect="00034616">
      <w:pgSz w:w="11906" w:h="16838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