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政务公开模板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【标题】××××年度政务公开工作报告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【主送机关】××××：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根据《中华人民共和国政府信息公开条例》和××××要求，现将我单位××××年度政务公开工作情况报告如下：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一、总体情况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年，我单位认真贯彻落实政务公开工作部署，不断完善政务公开制度，拓宽政务公开渠道，深化政务公开内容，政务公开工作取得了显著成效。全年共公开政务信息××××条，其中主动公开××××条，依申请公开××××条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二、主动公开情况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（一）公开内容。主要包括××××、××××、××××、××××等方面的信息。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（二）公开形式。通过××××网站、××××公众号、××××宣传栏等多种形式公开政务信息。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（三）公开时限。严格按照规定时限公开政务信息，确保信息及时准确。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三、依申请公开情况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（一）申请受理情况。全年共受理政府信息公开申请××××件，其中××××方式申请××××件，××××方式申请××××件。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（二）申请办理情况。已办结××××件，其中予以公开××××件，部分公开××××件，不予公开××××件，无法提供××××件。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（三）答复情况。严格按照规定格式和时限答复申请人，确保答复合法合规。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四、政府信息管理情况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（一）信息审查。建立健全信息审查机制，严格审查公开内容，确保信息安全。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（二）信息归档。及时归档公开信息，建立完善信息档案。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（三）信息更新。定期更新公开信息，确保信息时效性。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五、平台建设情况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（一）网站建设。优化××××网站功能，完善政务公开专栏，提高信息公开质量。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（二）新媒体建设。加强××××公众号运营，及时发布政务信息，增强互动性。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（三）查阅场所建设。完善政务公开查阅场所，为公众提供便捷服务。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六、监督保障情况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（一）组织领导。成立政务公开工作领导小组，明确职责分工，加强统筹协调。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（二）制度建设。完善政务公开制度体系，规范工作流程，提高工作效率。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（三）考核评估。将政务公开工作纳入年度考核，加强监督检查，确保工作落实。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七、存在问题及改进措施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（一）存在问题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公开内容不够全面，部分信息公开不及时。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公开形式不够丰富，互动性有待增强。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工作人员业务能力有待提高。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（二）改进措施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进一步拓展公开内容，确保信息及时准确公开。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创新公开形式，增强政务公开互动性。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加强业务培训，提高工作人员业务能力。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特此报告。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《××××年度政务公开数据统计表》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《××××年度政务公开典型案例》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