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废止文件通知模板</w:t>
      </w:r>
    </w:p>
    <w:p/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【标题】关于废止××××文件的通知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【主送机关】××××：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根据××××要求，我单位对××××文件进行了清理。经研究，决定废止以下文件：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一、废止文件清单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（一）文件名称：《××××》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文件编号：××××〔××××〕××号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发文日期：××××年××月××日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废止理由：××××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（二）文件名称：《××××》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文件编号：××××〔××××〕××号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发文日期：××××年××月××日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废止理由：××××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（三）文件名称：《××××》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文件编号：××××〔××××〕××号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发文日期：××××年××月××日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废止理由：××××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二、废止要求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（一）自本通知发布之日起，上述文件停止执行。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（二）请你单位认真清理本单位制定的相关文件，凡与上述废止文件内容相关或相抵触的，要及时予以修订或废止。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（三）请你单位将清理情况于××××年××月××日前报我单位。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三、相关说明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（一）××××事项，按××××文件执行。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（二）××××事项，按××××规定办理。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特此通知。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【附件】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1. 《废止文件清单》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2. 《××××相关文件目录》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【发文机关】××××（公章）</w:t>
      </w:r>
    </w:p>
    <w:p>
      <w:pPr>
        <w:spacing w:line="560" w:lineRule="exact"/>
        <w:ind w:firstLine="640"/>
        <w:jc w:val="both"/>
      </w:pPr>
      <w:r>
        <w:rPr>
          <w:rFonts w:ascii="仿宋_GB2312" w:hAnsi="仿宋_GB2312"/>
          <w:sz w:val="32"/>
        </w:rPr>
        <w:t>【发文日期】××××年××月××日</w:t>
      </w:r>
    </w:p>
    <w:sectPr w:rsidR="00FC693F" w:rsidRPr="0006063C" w:rsidSect="00034616">
      <w:pgSz w:w="11906" w:h="16838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