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XX市人民政府关于同意XX县将XX镇列为省级特色小镇的批复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XX县人民政府：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你县《关于申请将XX镇列为省级特色小镇的请示》收悉。经研究，现批复如下：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一、同意将XX镇列为省级特色小镇。希望你县以此为契机，进一步加强领导，科学规划，精心组织，扎实推进XX镇特色小镇建设。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建设要求。坚持规划引领。要按照省级特色小镇建设要求，编制完善XX镇特色小镇发展规划，明确发展定位、产业布局和建设重点，确保规划的科学性和前瞻性。突出产业特色。要立足XX镇的资源优势和产业基础，进一步做大做强XX水果种植、XX农产品加工、XX文化旅游等特色产业，增强产业竞争力。注重生态保护。要牢固树立绿色发展理念，加强生态环境保护和治理，打造宜居宜业宜游的生态环境。强化要素保障。要加大对XX镇特色小镇建设的投入力度，积极争取上级资金支持，吸引社会资本参与，完善基础设施和公共服务配套。加强宣传推介。要加强对XX镇特色小镇的宣传推介，提高其知名度和美誉度，吸引更多游客和投资者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三、政策支持。市政府将在政策、资金等方面给予XX镇适当支持。你县要积极对接省级有关部门，争取更多政策和资金扶持。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请你县于XXXX年XX月XX日前将XX镇特色小镇建设进展情况报市政府。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