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XX县人民政府关于申请将XX镇列为省级特色小镇的请示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镇位于XX县东部，总面积XX平方公里，总人口XX万人，是我县重要的农业镇和文化旅游镇。近年来，XX镇依托独特的自然资源和文化优势，大力发展特色产业，积极推进乡村振兴，经济社会发展取得显著成效。为进一步加快XX镇发展，提升其影响力和竞争力，现将有关情况汇报如下，请予批复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XX镇基本情况。XX镇历史悠久，文化底蕴深厚，拥有XX古村落、XX寺庙等历史文化遗迹，以及XX山、XX河等自然景观。近年来，XX镇坚持以农业为基础，以旅游为特色，大力发展现代农业和乡村旅游，形成了以XX水果种植、XX农产品加工、XX文化旅游为支柱的产业体系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申请列为省级特色小镇的理由。产业特色鲜明。XX镇的XX水果种植面积达到XX亩，年产量XX万吨，是全省重要的XX水果生产基地；XX农产品加工企业发展到XX家，年产值XX亿元；乡村旅游年接待游客XX万人次，旅游收入XX亿元。生态环境优美。XX镇森林覆盖率达到XX%，空气质量优良天数比例达到XX%，是省级生态镇。文化底蕴深厚。XX镇拥有丰富的历史文化资源，XX古村落被列为省级文物保护单位，XX民俗文化被列入省级非物质文化遗产名录。发展潜力巨大。XX镇地理位置优越，交通便利，距XX市区仅XX公里，是XX市的后花园。随着XX高速公路的建成通车，XX镇的区位优势更加明显，发展前景广阔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工作措施。加强组织领导。成立XX镇特色小镇建设工作领导小组，统筹协调推进特色小镇建设。科学规划布局。编制《XX镇特色小镇发展规划》，明确发展目标、产业布局和建设重点。加大投入力度。积极争取上级资金支持，加大县级财政投入，吸引社会资本参与特色小镇建设。强化宣传推介。加强对XX镇的宣传推介，提高其知名度和美誉度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四、请求事项。恳请市政府将XX镇列为省级特色小镇，并给予政策支持和资金扶持。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以上请示妥否，请批复。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XX县人民政府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p/>
    <w:p>
      <w:pPr>
        <w:jc w:val="right"/>
      </w:pPr>
      <w:r>
        <w:t>XX县人民政府</w:t>
      </w:r>
    </w:p>
    <w:p>
      <w:pPr>
        <w:jc w:val="right"/>
      </w:pPr>
      <w: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