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XX合同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甲方：XX单位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乙方：XX单位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根据民法典，签订本合同。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一、合同内容。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二、权利义务。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三、违约责任。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