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XX工作简报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【工作动态】XX单位推进XX工作。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一是加强组织领导。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二是强化工作措施。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【经验交流】创新工作方法。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【问题建议】加强队伍建设。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