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560" w:lineRule="exact"/>
        <w:jc w:val="center"/>
      </w:pPr>
      <w:r>
        <w:rPr>
          <w:rFonts w:ascii="方正小标宋简体" w:hAnsi="方正小标宋简体" w:eastAsia="方正小标宋简体"/>
          <w:b/>
          <w:sz w:val="44"/>
        </w:rPr>
        <w:t>礼品行业工作总结</w:t>
      </w:r>
    </w:p>
    <w:p/>
    <w:p>
      <w:pPr>
        <w:spacing w:line="560" w:lineRule="exact"/>
        <w:ind w:firstLine="640"/>
        <w:jc w:val="both"/>
      </w:pPr>
      <w:r>
        <w:rPr>
          <w:rFonts w:ascii="仿宋" w:hAnsi="仿宋" w:eastAsia="仿宋"/>
          <w:b w:val="0"/>
          <w:sz w:val="32"/>
        </w:rPr>
        <w:t>礼品行业作为现代服务业的重要组成部分，承载着情感表达、文化传播和商业往来的重要功能。2025年度，我单位深入贯彻落实国家关于促进消费升级的战略部署，紧紧围绕礼品行业高质量发展目标，各项工作取得显著成效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一、行业发展基本情况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市场规模稳步增长。全年礼品行业实现销售额约4500亿元，同比增长15.3%。其中，商务礼品销售额占比35%，节庆礼品占比30%，个人礼品占比25%，纪念礼品占比10%。线上销售渠道快速发展，电商渠道销售额占比达45%，较上年增长10个百分点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消费需求多元化发展。商务礼品需求稳定，企业定制化需求增长。节庆礼品市场活跃，春节、中秋等传统节日销售高峰明显。个人礼品个性化需求增强，定制化、差异化产品受欢迎。纪念礼品市场扩大，文旅纪念品销售增长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（三）产业结构持续优化。品牌化程度提高，知名品牌市场份额扩大。设计驱动型产品增多，原创设计价值凸显。智能制造水平提升，定制化生产能力增强。绿色环保理念深入人心，环保材料使用率提高。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二、主要工作成效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品牌建设成效显著。开展"中国礼品品牌培育工程"，培育一批知名品牌。支持企业参加国内外礼品展，提升品牌影响力。推动老字号品牌创新发展，实现传统工艺与现代设计融合。全年新增注册商标2500余件，品牌价值评估体系逐步完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设计创新能力提升。举办礼品设计大赛，发掘优秀设计人才。支持企业建立设计研发中心，提高原创设计能力。推动产学研合作，与高校联合培养设计人才。全年获得设计专利3200余件，设计成果转化率提高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质量监管持续加强。完善礼品质量检测体系，新增检测机构6家。开展质量专项整治行动，查处不合格产品案件280余起。推动建立产品溯源体系，实现质量可追溯。制定修订行业标准20项，标准体系更加完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（四）市场秩序规范有序。开展礼品市场专项整治，规范经营行为。加强价格监管，打击价格欺诈行为。推动诚信体系建设，建立企业信用档案。处理消费者投诉举报8500余件，消费者满意度达91%。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三、存在的问题与不足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（一）创新能力有待提升。原创设计能力不足，同质化竞争严重。新材料、新工艺研发投入不足。设计人才短缺，高端人才引进困难。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（二）品牌影响力有限。国际知名品牌较少，品牌溢价能力不强。品牌文化建设滞后，品牌故事挖掘不够。国际市场开拓力度不足，出口占比偏低。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（三）市场监管存在薄弱环节。网络销售监管难度大，假货问题时有发生。检测标准不统一，消费者维权成本高。行业自律机制不健全，违规成本偏低。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四、下一步工作计划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（一）推动产业高质量发展。制定礼品行业发展规划，明确发展目标。支持企业技术改造升级，提高智能制造水平。推动产业集群发展，打造区域品牌。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（二）加强品牌建设。实施品牌培育工程，打造国际知名品牌。支持品牌营销推广，提升品牌知名度。推动品牌国际化，开拓海外市场。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（三）提升设计创新能力。加强设计人才培养，建立人才激励机制。支持设计研发投入，提高原创设计能力。推动设计成果转化，促进产学研深度融合。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（四）规范市场秩序。加强质量监管，严厉打击假冒伪劣。完善标准体系，统一检测标准。推动诚信体系建设，营造良好市场环境。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