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 w:eastAsia="方正小标宋简体"/>
          <w:b/>
          <w:sz w:val="44"/>
        </w:rPr>
        <w:t>烟草行业工作总结</w:t>
      </w:r>
    </w:p>
    <w:p/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烟草行业是国家财政收入的重要来源，在履行社会责任方面发挥着重要作用。本年度，我单位认真贯彻落实烟草专卖法律法规，不断提升烟草技术和管理水平，各项工作取得显著成效。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一、烟草生产规模稳步增长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全年共完成烟草产值二十亿元，较上年增长百分之八。其中卷烟产值十八亿元，烟叶产值一亿五千万元，其他烟草制品产值五千万元。卷烟产量达到五十万箱，其中一类卷烟十万箱，二类卷烟十五万箱，三类卷烟二十万箱，其他卷烟五万箱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烟草设备更新改造取得新进展。引进高速卷接包机组五套，制丝生产线两条，物流自动化系统一套。设备投资总额达二亿元，设备自动化水平显著提升。烟草生产线智能化改造完成五条，生产效率提高百分之二十五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二、烟草技术创新成效显著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烟草技术研发投入持续增加。全年研发投入达一亿元，占销售收入百分之五。完成烟草技术研发项目十五个，获得专利授权二十项。卷烟配方研发取得新突破，开发新配方二十余种，其中低焦油配方十种，特色配方五种。卷烟工艺创新深入开展，开发新工艺十种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烟草减害降焦工作取得新进展。卷烟焦油含量平均降低至十毫克以下，卷烟有害成分释放量降低百分之十五。烟草新型制品研发取得新成效，开发加热不燃烧产品三种，电子烟产品两种。烟草品质提升工作深入开展，烟叶质量等级提升百分之十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三、烟草质量管理稳步提升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烟草质量管理体系不断完善。通过ISO9001质量管理体系认证、ISO14001环境管理体系认证。建立烟草质量标准体系，制定烟草质量检验标准五十余项。实施烟草质量全程检验制度，烟草产品合格率达到百分之九十九点九。烟草产品客户满意度达到百分之九十二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烟草标准化工作深入开展。参与制定国家标准五项，行业标准十项，企业标准二十项。烟草检测能力不断提升，建立烟草检测实验室，完成烟草检测项目五千余个。烟草安全管理工作取得新成效，建立烟草安全管理体系，安全生产事故率为零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四、烟草服务工作持续优化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烟草专卖管理工作深入开展。完成烟草专卖零售许可证核发五千余户，烟草专卖执法检查一千余次，查处涉烟违法案件三百余件。烟草市场秩序维护工作取得新成效，市场净化率达到百分之九十八。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烟草品牌建设工作深入开展。培育烟草品牌五个，品牌产品产值占比达到百分之七十。烟草品牌推广工作取得新成效，品牌知名度显著提升。烟草品牌价值评估工作完成，品牌价值达十亿元。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五、存在的问题与改进措施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当前工作中存在的主要问题：一是烟草技术创新能力不足，新型烟草制品研发滞后；二是烟草品牌影响力有待提升，高端品牌竞争力不强；三是烟草健康风险防控压力较大，减害降焦任务艰巨；四是烟草人才队伍建设滞后，专业技术人才相对短缺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下一步，我们将继续加强烟草创新能力建设，推进减害降焦工作，加强品牌建设，培养专业人才，推动烟草行业高质量发展，更好地履行社会责任。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