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化妆品行业工作总结</w:t>
      </w:r>
    </w:p>
    <w:p/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化妆品行业是美丽经济的重要组成部分，在满足人民美好生活需要方面发挥着重要作用。本年度，我单位认真贯彻落实化妆品监督管理条例，不断提升化妆品质量和服务水平，各项工作取得显著成效。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一、化妆品生产规模稳步增长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全年共完成化妆品产值五亿元，较上年增长百分之十五。其中护肤类化妆品产值二亿五千万元，彩妆类化妆品产值一亿五千万元，香水类化妆品产值五千万元，洗护类化妆品产值五千万元。化妆品产量达到五千万件，其中护肤品二千万件，彩妆品一千五百万件，香水五百万件，洗护品一千万件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化妆品设备更新改造取得新进展。引进自动化灌装线五条，真空乳化设备十台，智能包装设备二十台。设备投资总额达三千万元，设备自动化水平显著提升。化妆品生产线智能化改造完成五条，生产效率提高百分之三十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二、化妆品研发创新成效显著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化妆品研发投入持续增加。全年研发投入达三千万元，占销售收入百分之六。完成化妆品研发项目二十个，获得专利授权十五项。化妆品配方研发取得新突破，开发新配方五十余种，其中植物提取配方二十种，生物科技配方十五种。化妆品功效研究深入开展，完成功效评价项目三十个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化妆品安全性评价工作不断完善。建立化妆品安全评估体系，完成安全评估项目一百余个。化妆品不良反应监测工作深入开展，建立不良反应监测网络，收集分析不良反应案例五百余例。化妆品功效宣称验证工作取得新成效，完成功效验证项目五十个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三、化妆品质量管理稳步提升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化妆品质量管理体系不断完善。通过ISO9001质量管理体系认证、ISO22716化妆品良好生产规范认证、GMPC认证。建立化妆品质量标准体系，制定化妆品质量检验标准四十余项。实施化妆品质量全程检验制度，化妆品产品合格率达到百分之九十九。化妆品产品客户满意度达到百分之九十二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化妆品备案注册工作深入开展。完成化妆品备案产品二百余个，完成化妆品注册产品三十余个。化妆品标签审核工作取得新成效，完成标签审核项目三百余个。化妆品进出口备案工作稳步推进，完成进出口备案产品五十余个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四、化妆品服务工作持续优化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化妆品服务领域不断拓展。品牌化妆品服务完成产值三亿元，代工化妆品服务完成产值一亿元，化妆品出口服务完成产值一亿元。化妆品销售渠道不断拓展，线上销售占比达到百分之四十，线下专柜数量达到一千个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化妆品品牌建设工作深入开展。培育化妆品品牌五个，品牌产品产值占比达到百分之六十。化妆品品牌推广工作取得新成效，参加国内外化妆品展会十次，品牌知名度显著提升。化妆品品牌价值评估工作完成，品牌价值达三亿元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五、存在的问题与改进措施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当前工作中存在的主要问题：一是化妆品研发创新能力不足，原创配方较少；二是化妆品品牌影响力有限，国际竞争力不强；三是化妆品质量安全风险防控能力有待提升；四是化妆品人才队伍建设滞后，专业研发人才相对短缺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下一步，我们将继续加强化妆品创新能力建设，提升质量安全水平，加强品牌建设，培养专业人才，推动化妆品行业高质量发展，更好地满足人民美好生活需要。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