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家电行业工作总结</w:t>
      </w:r>
    </w:p>
    <w:p/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家电行业是消费电子的重要领域，在满足人民美好生活需要方面发挥着重要作用。本年度，我单位认真贯彻落实家电产业发展规划，不断提升家电技术和服务水平，各项工作取得显著成效。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一、家电生产规模持续扩大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全年共完成家电产值十五亿元，较上年增长百分之十二。其中白色家电产值八亿元，黑色家电产值三亿元，小家电产值三亿元，厨卫家电产值一亿元。家电产量达到五百万台，其中冰箱一百万台，洗衣机八十万台，空调一百二十万台，电视五十万台，小家电一百五十万台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家电设备更新改造取得新进展。引进自动化装配线十条，智能检测设备五十台，机器人工作站二十个。设备投资总额达一亿五千万元，设备自动化水平显著提升。家电生产线智能化改造完成十五条，生产效率提高百分之四十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二、家电技术创新成效显著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家电技术研发投入持续增加。全年研发投入达一亿二千万元，占销售收入百分之八。完成家电技术研发项目二十五个，获得专利授权三十项。智能家电研发取得新突破，开发智能家电产品十种，物联网家电产品五种。家电节能技术取得新成效，产品能效等级提升至一级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家电工业设计能力不断提升。完成家电设计项目五十个，其中产品外观设计三十个，用户界面设计二十个。家电设计获奖项目达十五项，其中国际设计奖三项，国内设计奖八项，行业设计奖四项。家电用户体验研究深入开展，完成用户体验测试项目二十个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三、家电质量管理稳步提升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家电质量管理体系不断完善。通过ISO9001质量管理体系认证、ISO14001环境管理体系认证、ISO45001职业健康安全管理体系认证。建立家电质量标准体系，制定家电质量检验标准五十余项。实施家电质量全程检验制度，家电产品合格率达到百分之九十九点五。家电产品客户满意度达到百分之九十四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家电标准化工作深入开展。参与制定国家标准五项，行业标准十项，企业标准二十项。家电检测能力不断提升，建立家电检测实验室，完成家电检测项目三千余个。家电安全管理工作取得新成效，通过CCC强制认证，产品安全合格率达到百分之百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四、家电服务工作持续优化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家电服务领域不断拓展。国内家电销售完成产值十亿元，家电出口完成产值五亿元。家电销售渠道不断拓展，线上销售占比达到百分之三十五，线下门店数量达到五百家。家电售后服务体系不断完善，建立售后服务网点一千个，服务覆盖全国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家电品牌建设工作深入开展。培育家电品牌五个，品牌产品产值占比达到百分之六十。家电品牌推广工作取得新成效，参加国内外家电展会十五次，品牌知名度显著提升。家电品牌价值评估工作完成，品牌价值达八亿元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五、存在的问题与改进措施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当前工作中存在的主要问题：一是家电核心技术创新能力不足，关键零部件依赖进口；二是家电品牌国际影响力有限，高端市场占有率偏低；三是家电智能制造水平有待提升，数字化转型任务艰巨；四是家电人才队伍建设滞后，高端研发人才相对短缺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下一步，我们将继续加强家电创新能力建设，推进智能制造发展，加强品牌建设，提升国际竞争力，推动家电行业高质量发展，更好地满足人民美好生活需要。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