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印刷行业工作总结</w:t>
      </w:r>
    </w:p>
    <w:p/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印刷行业是文化产业的重要组成部分，在传播知识、传承文化方面发挥着重要作用。本年度，我单位认真贯彻落实印刷业发展规划，不断提升印刷技术和服务水平，各项工作取得显著成效。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一、印刷生产规模稳步增长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全年共完成印刷产值五亿元，较上年增长百分之十二。其中出版物印刷产值一亿五千万元，包装装潢印刷产值二亿五千万元，其他印刷品印刷产值一亿元。印刷产量达到五百万色令，其中胶印产量三百五十万色令，数码印刷产量一百万色令，特种印刷产量五十万色令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印刷设备更新改造取得新进展。引进海德堡六色胶印机两台，数码印刷设备五台，印后加工设备十台。设备投资总额达五千万元，设备自动化水平显著提升。印刷生产线智能化改造完成三条，生产效率提高百分之二十五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二、印刷质量管理成效显著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印刷质量管理体系不断完善。通过ISO9001质量管理体系认证，建立印刷质量标准体系，制定印刷质量检验标准二十余项。实施印刷质量三级检验制度，印刷产品合格率达到百分之九十九点五。印刷产品返工率控制在百分之一以内，客户投诉率控制在千分之五以内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印刷标准化工作深入开展。通过绿色印刷认证，建立绿色印刷管理体系。参与制定印刷行业标准三项，企业标准五项。印刷色彩管理工作取得新成效，建立ICC色彩特性文件二十余个，色彩还原准确率达到百分之九十八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三、印刷技术创新工作稳步推进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印刷技术研发投入持续增加。全年研发投入达三千万元，占销售收入百分之六。完成印刷技术研发项目十个，获得专利授权五项。印刷数字化工作取得新进展，建立数字化工作流程，实现印前、印中、印后全流程数字化管理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印刷环保工作取得新成效。实施绿色印刷工程，使用环保型印刷材料，VOCs排放量降低百分之三十。建立印刷废料回收利用体系，废料回收率达到百分之八十五。印刷节能降耗工作深入开展，单位产值能耗降低百分之十五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四、印刷服务工作持续优化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印刷服务能力不断提升。出版物印刷服务完成图书印刷三千万册，期刊印刷五百万册，报纸印刷一亿份。包装印刷服务完成包装盒印刷五千万个，标签印刷一亿张。商业印刷服务完成宣传册印刷一千万册，名片印刷五百万盒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印刷服务响应速度不断提高。建立快速印刷服务机制，常规印刷品交货周期缩短至三天。建立紧急印刷服务通道，紧急印刷品二十四小时交货。印刷服务范围不断拓展，提供设计、印刷、装订、配送一站式服务。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五、存在的问题与改进措施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当前工作中存在的主要问题：一是印刷产能结构性过剩，同质化竞争激烈；二是印刷企业规模偏小，产业集中度不高；三是印刷技术创新能力不足，高端印刷设备依赖进口；四是印刷人才队伍建设滞后，专业技术人才相对短缺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下一步，我们将继续推进印刷业转型升级，加强技术创新，提升服务质量，推动绿色印刷发展，促进印刷行业高质量发展，更好地服务文化强国建设。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