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20" w:lineRule="exact" w:line="560"/>
        <w:jc w:val="center"/>
      </w:pPr>
      <w:r>
        <w:rPr>
          <w:rFonts w:ascii="方正小标宋简体" w:hAnsi="方正小标宋简体" w:eastAsia="方正小标宋简体"/>
          <w:b/>
          <w:sz w:val="44"/>
        </w:rPr>
        <w:t>担保行业工作总结模板</w:t>
      </w:r>
    </w:p>
    <w:p>
      <w:pPr>
        <w:spacing w:lineRule="exact" w:line="560"/>
        <w:ind w:firstLine="640"/>
        <w:jc w:val="both"/>
      </w:pPr>
      <w:r>
        <w:rPr>
          <w:rFonts w:ascii="仿宋" w:hAnsi="仿宋" w:eastAsia="仿宋"/>
          <w:sz w:val="32"/>
        </w:rPr>
        <w:t>一、工作概述</w:t>
      </w:r>
    </w:p>
    <w:p>
      <w:pPr>
        <w:spacing w:lineRule="exact" w:line="560"/>
        <w:ind w:firstLine="640"/>
        <w:jc w:val="both"/>
      </w:pPr>
      <w:r>
        <w:rPr>
          <w:rFonts w:ascii="仿宋" w:hAnsi="仿宋" w:eastAsia="仿宋"/>
          <w:sz w:val="32"/>
        </w:rPr>
        <w:t>过去一年，我单位认真贯彻落实国家关于融资担保业发展的方针政策和监管要求，积极推动融资担保业规范健康发展，在服务中小微企业、风险防控、体系建设、市场监管等方面取得了显著成效。全年融资担保业在保余额达到二万亿元，担保业务量达到一万亿元，为服务中小微企业、解决融资难题作出了积极贡献。</w:t>
      </w:r>
    </w:p>
    <w:p>
      <w:pPr>
        <w:spacing w:lineRule="exact" w:line="560"/>
        <w:ind w:firstLine="640"/>
        <w:jc w:val="both"/>
      </w:pPr>
      <w:r>
        <w:rPr>
          <w:rFonts w:ascii="仿宋" w:hAnsi="仿宋" w:eastAsia="仿宋"/>
          <w:sz w:val="32"/>
        </w:rPr>
        <w:t>在服务中小微企业方面，我们积极引导融资担保业服务中小微企业，解决融资难题。发展了政府性融资担保，为中小微企业提供政策性担保服务。发展了商业性融资担保，为中小微企业提供市场化担保服务。发展了再担保业务，分散担保机构风险。全年担保业务量达到一万亿元，其中政府性融资担保五千亿元，商业性融资担保三千亿元，再担保业务二千亿元。</w:t>
      </w:r>
    </w:p>
    <w:p>
      <w:pPr>
        <w:spacing w:lineRule="exact" w:line="560"/>
        <w:ind w:firstLine="640"/>
        <w:jc w:val="both"/>
      </w:pPr>
      <w:r>
        <w:rPr>
          <w:rFonts w:ascii="仿宋" w:hAnsi="仿宋" w:eastAsia="仿宋"/>
          <w:sz w:val="32"/>
        </w:rPr>
        <w:t>在风险防控方面，我们高度重视融资担保业风险防控工作，加强风险监测和处置。建立了融资担保业风险监测体系，及时识别和预警风险。开展了风险排查，排查风险隐患。处置了风险项目，化解了存量风险。全年排查风险隐患一百项，处置风险项目五十个，融资担保业代偿率控制在百分之三以内，风险防控能力显著增强。</w:t>
      </w:r>
    </w:p>
    <w:p>
      <w:pPr>
        <w:spacing w:lineRule="exact" w:line="560"/>
        <w:ind w:firstLine="640"/>
        <w:jc w:val="both"/>
      </w:pPr>
      <w:r>
        <w:rPr>
          <w:rFonts w:ascii="仿宋" w:hAnsi="仿宋" w:eastAsia="仿宋"/>
          <w:sz w:val="32"/>
        </w:rPr>
        <w:t>在体系建设方面，我们积极推进融资担保体系建设，完善担保服务网络。建设了政府性融资担保体系，形成了国家、省、市、县四级担保网络。建设了再担保体系，分散担保机构风险。建设了担保风险补偿机制，增强担保机构抗风险能力。全年政府性融资担保机构达到一千家，再担保机构达到五十家，担保体系建设取得积极进展。</w:t>
      </w:r>
    </w:p>
    <w:p>
      <w:pPr>
        <w:spacing w:lineRule="exact" w:line="560"/>
        <w:ind w:firstLine="640"/>
        <w:jc w:val="both"/>
      </w:pPr>
      <w:r>
        <w:rPr>
          <w:rFonts w:ascii="仿宋" w:hAnsi="仿宋" w:eastAsia="仿宋"/>
          <w:sz w:val="32"/>
        </w:rPr>
        <w:t>二、主要工作成效</w:t>
      </w:r>
    </w:p>
    <w:p>
      <w:pPr>
        <w:spacing w:lineRule="exact" w:line="560"/>
        <w:ind w:firstLine="640"/>
        <w:jc w:val="both"/>
      </w:pPr>
      <w:r>
        <w:rPr>
          <w:rFonts w:ascii="仿宋" w:hAnsi="仿宋" w:eastAsia="仿宋"/>
          <w:sz w:val="32"/>
        </w:rPr>
        <w:t>（一）业务规模稳步增长。我们积极推动融资担保业发展，业务规模稳步增长。全年融资担保业在保余额达到二万亿元，较上年增长百分之十五。担保业务量达到一万亿元，较上年增长百分之二十。融资担保业营业收入达到二百亿元，较上年增长百分之十。融资担保业净利润达到五十亿元，较上年增长百分之八。</w:t>
      </w:r>
    </w:p>
    <w:p>
      <w:pPr>
        <w:spacing w:lineRule="exact" w:line="560"/>
        <w:ind w:firstLine="640"/>
        <w:jc w:val="both"/>
      </w:pPr>
      <w:r>
        <w:rPr>
          <w:rFonts w:ascii="仿宋" w:hAnsi="仿宋" w:eastAsia="仿宋"/>
          <w:sz w:val="32"/>
        </w:rPr>
        <w:t>（二）服务中小微企业成效显著。我们积极引导融资担保业服务中小微企业，解决融资难题。全年担保业务量达到一万亿元，其中政府性融资担保五千亿元，服务中小微企业五万家。商业性融资担保三千亿元，服务中小微企业三万家。再担保业务二千亿元，分散担保机构风险。融资担保业服务中小微企业能力显著提升，为中小微企业解决了融资难题。</w:t>
      </w:r>
    </w:p>
    <w:p>
      <w:pPr>
        <w:spacing w:lineRule="exact" w:line="560"/>
        <w:ind w:firstLine="640"/>
        <w:jc w:val="both"/>
      </w:pPr>
      <w:r>
        <w:rPr>
          <w:rFonts w:ascii="仿宋" w:hAnsi="仿宋" w:eastAsia="仿宋"/>
          <w:sz w:val="32"/>
        </w:rPr>
        <w:t>（三）风险防控能力增强。我们高度重视融资担保业风险防控工作，加强风险监测和处置。建立了融资担保业风险监测体系，及时识别和预警风险。开展了风险排查，排查风险隐患。处置了风险项目，化解了存量风险。全年排查风险隐患一百项，处置风险项目五十个，融资担保业代偿率控制在百分之三以内，风险防控能力显著增强。</w:t>
      </w:r>
    </w:p>
    <w:p>
      <w:pPr>
        <w:spacing w:lineRule="exact" w:line="560"/>
        <w:ind w:firstLine="640"/>
        <w:jc w:val="both"/>
      </w:pPr>
      <w:r>
        <w:rPr>
          <w:rFonts w:ascii="仿宋" w:hAnsi="仿宋" w:eastAsia="仿宋"/>
          <w:sz w:val="32"/>
        </w:rPr>
        <w:t>（四）体系建设稳步推进。我们积极推进融资担保体系建设，完善担保服务网络。建设了政府性融资担保体系，形成了国家、省、市、县四级担保网络。建设了再担保体系，分散担保机构风险。建设了担保风险补偿机制，增强担保机构抗风险能力。全年政府性融资担保机构达到一千家，再担保机构达到五十家，担保风险补偿基金规模达到一百亿元，担保体系建设取得积极进展。</w:t>
      </w:r>
    </w:p>
    <w:p>
      <w:pPr>
        <w:spacing w:lineRule="exact" w:line="560"/>
        <w:ind w:firstLine="640"/>
        <w:jc w:val="both"/>
      </w:pPr>
      <w:r>
        <w:rPr>
          <w:rFonts w:ascii="仿宋" w:hAnsi="仿宋" w:eastAsia="仿宋"/>
          <w:sz w:val="32"/>
        </w:rPr>
        <w:t>（五）市场监管持续加强。我们坚持依法监管、从严监管，加强融资担保市场监管。开展了融资担保业专项整治行动，重点整治违规经营、超范围经营等问题。建立了融资担保机构信用档案，实施了信用分级分类监管。规范了融资担保经营行为，保护了被担保人合法权益。全年共检查融资担保机构五百家，整改问题机构八十家，查处违法违规案件五十起，市场秩序持续好转。</w:t>
      </w:r>
    </w:p>
    <w:p>
      <w:pPr>
        <w:spacing w:lineRule="exact" w:line="560"/>
        <w:ind w:firstLine="640"/>
        <w:jc w:val="both"/>
      </w:pPr>
      <w:r>
        <w:rPr>
          <w:rFonts w:ascii="仿宋" w:hAnsi="仿宋" w:eastAsia="仿宋"/>
          <w:sz w:val="32"/>
        </w:rPr>
        <w:t>三、存在问题</w:t>
      </w:r>
    </w:p>
    <w:p>
      <w:pPr>
        <w:spacing w:lineRule="exact" w:line="560"/>
        <w:ind w:firstLine="640"/>
        <w:jc w:val="both"/>
      </w:pPr>
      <w:r>
        <w:rPr>
          <w:rFonts w:ascii="仿宋" w:hAnsi="仿宋" w:eastAsia="仿宋"/>
          <w:sz w:val="32"/>
        </w:rPr>
        <w:t>一是风险分担机制不够完善，担保机构承担风险较大。二是风险防控压力较大，部分项目存在风险隐患。三是专业人才短缺，队伍建设有待加强。四是监管制度需要完善，监管力度有待加强。五是行业自律机制不够完善，诚信建设有待加强。</w:t>
      </w:r>
    </w:p>
    <w:p>
      <w:pPr>
        <w:spacing w:lineRule="exact" w:line="560"/>
        <w:ind w:firstLine="640"/>
        <w:jc w:val="both"/>
      </w:pPr>
      <w:r>
        <w:rPr>
          <w:rFonts w:ascii="仿宋" w:hAnsi="仿宋" w:eastAsia="仿宋"/>
          <w:sz w:val="32"/>
        </w:rPr>
        <w:t>四、下一步工作计划</w:t>
      </w:r>
    </w:p>
    <w:p>
      <w:pPr>
        <w:spacing w:lineRule="exact" w:line="560"/>
        <w:ind w:firstLine="640"/>
        <w:jc w:val="both"/>
      </w:pPr>
      <w:r>
        <w:rPr>
          <w:rFonts w:ascii="仿宋" w:hAnsi="仿宋" w:eastAsia="仿宋"/>
          <w:sz w:val="32"/>
        </w:rPr>
        <w:t>下一步，我们将继续推动融资担保业规范健康发展，更好服务中小微企业。一是服务中小微企业，解决融资难题。二是加强风险防控，维护金融安全。三是完善体系建设，健全服务网络。四是加强市场监管，规范市场秩序。五是加强人才队伍建设，夯实发展基础。</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