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320" w:lineRule="exact" w:line="560"/>
        <w:jc w:val="center"/>
      </w:pPr>
      <w:r>
        <w:rPr>
          <w:rFonts w:ascii="方正小标宋简体" w:hAnsi="方正小标宋简体" w:eastAsia="方正小标宋简体"/>
          <w:b/>
          <w:sz w:val="44"/>
        </w:rPr>
        <w:t>银行行业工作总结模板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一、工作概述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过去一年，我单位认真贯彻落实国家关于银行业发展的方针政策和监管要求，积极推动银行业规范健康发展，在服务实体经济、风险防控、改革创新、消费者权益保护等方面取得了显著成效。全年银行业资产规模达到一百万亿元，贷款余额达到六十万亿元，存款余额达到七十万亿元，为服务实体经济、促进经济发展作出了积极贡献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服务实体经济方面，我们积极引导银行业服务实体经济，支持经济高质量发展。加大了对制造业的信贷支持，支持制造业转型升级。加大了对小微企业的信贷支持，支持小微企业发展。加大了对乡村振兴的信贷支持，支持乡村振兴战略实施。加大了对绿色发展的信贷支持，支持绿色产业发展。全年新增贷款十万亿元，其中制造业贷款二万亿元，小微企业贷款三万亿元，乡村振兴贷款一万亿元，绿色贷款一万亿元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风险防控方面，我们高度重视银行业风险防控工作，加强风险监测和处置。建立了银行业风险监测体系，及时识别和预警风险。开展了风险排查，排查风险隐患。处置了不良资产，化解了存量风险。全年排查风险隐患五百项，处置不良资产五千亿元，银行业不良贷款率控制在百分之二以内，风险防控能力显著增强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改革创新方面，我们积极推进银行业改革创新，提升发展活力。推进了数字化转型，提升了服务效率。发展了普惠金融，扩大了金融服务覆盖面。发展了绿色金融，支持了绿色发展。发展了科技金融，支持了科技创新。全年数字银行用户达到三亿户，普惠金融贷款余额达到十万亿元，绿色金融贷款余额达到五万亿元，科技金融贷款余额达到三万亿元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二、主要工作成效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一）业务规模稳步增长。我们积极推动银行业发展，业务规模稳步增长。全年银行业资产规模达到一百万亿元，较上年增长百分之八。贷款余额达到六十万亿元，较上年增长百分之十。存款余额达到七十万亿元，较上年增长百分之八。银行业净利润达到二万亿元，较上年增长百分之五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二）服务实体经济成效显著。我们积极引导银行业服务实体经济，支持经济高质量发展。全年新增贷款十万亿元，其中制造业贷款二万亿元，小微企业贷款三万亿元，乡村振兴贷款一万亿元，绿色贷款一万亿元。制造业贷款余额达到十万亿元，小微企业贷款余额达到二十万亿元，乡村振兴贷款余额达到五万亿元，绿色贷款余额达到八万亿元。银行业服务实体经济能力显著提升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三）风险防控能力增强。我们高度重视银行业风险防控工作，加强风险监测和处置。建立了银行业风险监测体系，及时识别和预警风险。开展了风险排查，排查风险隐患。处置了不良资产，化解了存量风险。全年排查风险隐患五百项，处置不良资产五千亿元，银行业不良贷款率控制在百分之二以内，风险防控能力显著增强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四）消费者权益保护加强。我们高度重视消费者权益保护工作，加强消费者权益保护。建立了消费者投诉处理机制，及时处理消费者投诉。开展了消费者教育活动，提高了消费者金融素养。规范了银行服务行为，保护了消费者合法权益。全年处理消费者投诉十万件，开展消费者教育活动五千场，培训消费者五十万人次，为消费者挽回经济损失一亿元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五）数字化转型稳步推进。我们积极推进银行业数字化转型，提升服务效率。建设了数字银行平台，实现了金融服务线上化。推广了移动支付，提高了支付便利性。开发了智能风控系统，提升了风险管理能力。推进了开放银行建设，拓展了金融服务场景。全年数字银行用户达到三亿户，移动支付交易额达到一百万亿元，数字化转型取得积极进展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三、存在问题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一是息差收窄压力较大，盈利能力有待提升。二是信用风险、市场风险、操作风险等风险交织，风险防控压力较大。三是数字化转型步伐需要加快，科技能力有待提升。四是消费者权益保护需要加强，服务质量有待提高。五是人才队伍建设有待加强，复合型人才短缺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四、下一步工作计划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下一步，我们将继续推动银行业规范健康发展，更好服务实体经济。一是服务实体经济，支持经济高质量发展。二是加强风险防控，维护金融安全。三是推进改革创新，提升发展活力。四是保护消费者权益，提升服务质量。五是加强人才队伍建设，夯实发展基础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