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320" w:lineRule="exact" w:line="560"/>
        <w:jc w:val="center"/>
      </w:pPr>
      <w:r>
        <w:rPr>
          <w:rFonts w:ascii="方正小标宋简体" w:hAnsi="方正小标宋简体" w:eastAsia="方正小标宋简体"/>
          <w:b/>
          <w:sz w:val="44"/>
        </w:rPr>
        <w:t>出版行业工作总结模板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一、工作概述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过去一年，我单位认真贯彻落实国家关于出版工作的方针政策，坚持正确的出版导向，围绕中心、服务大局，在主题出版、精品生产、转型升级、市场监管等方面取得了显著成效。全年共出版图书一万五千余种，总印数达到八亿册，实现销售收入一百二十亿元，为推动社会主义文化繁荣发展作出了积极贡献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主题出版方面，我们紧紧围绕党和国家工作大局，精心策划组织了一批重点选题。围绕学习贯彻习近平新时代中国特色社会主义思想、庆祝建党一百周年、脱贫攻坚、乡村振兴等重大主题，出版了《新时代思想文库》《百年征程》《脱贫之路》等系列图书，产生了广泛的社会影响。全年共有二十种图书入选国家重点出版物出版规划，十五种图书获得国家级出版奖项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精品生产方面，我们实施精品出版工程，加大优质内容供给。建立了选题论证机制，严把选题质量关。加强了编辑队伍建设，提升了编辑加工水平。优化了出版流程管理，提高了出版效率。全年出版了一大批思想性、艺术性、可读性俱佳的优秀图书，满足了人民群众多样化的阅读需求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转型升级方面，我们积极推动传统出版与新兴出版融合发展。加快了数字出版平台建设，开发了有声读物、电子书、知识服务等新型出版产品。推进了出版流程数字化改造，提高了出版效率和质量。探索了出版与教育、科技、旅游等领域的跨界融合，拓展了出版产业发展空间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二、主要工作成效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一）主题出版成果突出。我们坚持围绕中心、服务大局，精心策划组织主题出版工作。围绕学习贯彻习近平新时代中国特色社会主义思想，出版了系列理论读物和通俗读物，帮助广大干部群众深入学习领会党的创新理论。围绕庆祝建党一百周年，出版了党史学习读物、红色经典作品等，激发了广大读者的爱党爱国热情。围绕脱贫攻坚和乡村振兴，出版了反映基层实践、总结成功经验的图书，为推进乡村振兴提供了有益借鉴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二）精品生产成效显著。我们实施精品出版工程，建立精品生产激励机制。设立了精品出版专项资金，对优秀选题给予重点扶持。建立了专家评审制度，对重点选题进行论证把关。加强了编辑培训，提高了编辑人员的专业素养。全年出版了一批获得读者好评、市场认可的优秀图书，出版质量稳步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三）融合发展稳步推进。我们积极适应数字化发展趋势，推动传统出版转型升级。建设了数字出版平台，开发了数字阅读产品。推进了出版资源数字化，建立了数字资源库。探索了知识服务模式，开发了在线教育、专业咨询等服务产品。融合发展取得积极进展，数字出版收入占比持续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四）市场监管持续加强。我们坚持依法行政，加强出版市场监管。开展了出版物市场专项整治，查处了一批违法违规案件。加强了版权保护工作，打击侵权盗版行为。规范了出版单位经营行为，维护了良好的市场秩序。全年共查处违法违规案件一百二十余起，处罚金额达五百余万元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五）公共服务不断优化。我们积极推进全民阅读活动，建设书香社会。组织开展了世界读书日、全民阅读月等活动，营造了浓厚的阅读氛围。支持了实体书店发展，改善了阅读环境。推进了农家书屋建设，丰富了农村群众精神文化生活。全年组织各类阅读活动三千余场，参与群众达五十万人次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三、存在问题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是部分选题同质化严重，创新性不足。二是数字化转型步伐较慢，融合发展深度不够。三是部分出版单位经营困难，发展后劲不足。四是人才队伍建设有待加强，复合型人才短缺。五是版权保护力度需要进一步加大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四、下一步工作计划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下一步，我们将继续坚持正确导向，深化改革创新，推动出版业高质量发展。一是加强主题出版工作，服务党和国家工作大局。二是实施精品出版工程，提升出版质量水平。三是推进融合发展，加快转型升级步伐。四是加强市场监管，维护良好出版秩序。五是加强人才队伍建设，夯实发展基础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