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 w:eastAsia="方正小标宋简体"/>
          <w:b/>
          <w:sz w:val="44"/>
        </w:rPr>
        <w:t>农业行业工作总结模板</w:t>
      </w:r>
    </w:p>
    <w:p/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根据农业农村部的工作部署和要求，我司坚持农业农村优先发展，深入推进乡村振兴战略，不断提升农业现代化水平和农产品供给保障能力。现将本年度工作总结如下：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一、农业生产稳步增长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坚持农业现代化发展方向，优化农业生产结构，实现农业生产稳步增长。本年度粮食产量达到50万吨，同比增长5%；蔬菜产量达到20万吨，同比增长8%；水果产量达到10万吨，同比增长10%；肉类产量达到5万吨，同比增长6%。农业产值达到30亿元，同比增长10%；实现利润总额3亿元，同比增长12%。耕地面积达到50万亩，其中高标准农田30万亩。农机总动力达到10万千瓦，农业机械化率达到85%。农产品加工转化率达到70%，农产品加工业产值达到50亿元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二、农业科技创新成效显著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大农业科技创新投入，提升农业科技水平。本年度研发投入达到1亿元，占营收比例达到3.3%。研发团队规模达到200人，其中高级职称人员50人。开展研发项目30项，完成研发项目25项。申请专利80项，其中发明专利40项，获得专利授权50项。获得农业科技奖5项，其中省级农业科技奖2项。建设研发平台，建成省级农业科技园区、省级农业工程技术研究中心。开展产学研合作，与5所农业高校建立合作关系，联合培养人才30人。推广农业新技术，推广面积达到20万亩。推广农业新品种，推广面积达到15万亩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三、农业产业化经营深入推进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推进农业产业化经营，提升农业产业化水平。建设农业产业化基地，基地面积达到20万亩。建设农产品加工园区，园区面积达到1000亩，入园企业达到50家。建设农产品冷链物流设施，冷库容量达到10万吨。建设农产品交易市场，市场面积达到500亩，年交易额达到20亿元。发展农业产业化联合体，联合体成员达到100家。发展订单农业，订单面积达到10万亩。发展品牌农业，注册农产品品牌20个，获得地理标志认证产品5个。发展绿色农业，获得绿色食品认证产品30个，有机食品认证产品10个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四、农业机械化水平不断提升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推进农业机械化，提升农业机械化水平。农机总动力达到10万千瓦，农业机械化率达到85%。拥有大中型拖拉机500台，联合收割机300台，插秧机200台，植保无人机50架。建设农机合作社10个，农机服务面积达到30万亩。开展农机培训，培训农机手1000人次。开展农机维修服务，建设农机维修网点20个。开展农机安全检查，检查农机5000台次，排查安全隐患200项，整改率达到100%。全年未发生重大农机安全事故，农机安全生产形势稳定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五、农产品质量安全不断加强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农产品质量安全管理，保障农产品质量安全。建立健全农产品质量安全管理制度，制定农产品质量安全手册，明确质量安全责任。建设农产品质量检测中心，配备检测设备，开展农产品质量检测，检测样品10000份，检测合格率达到99%。建设农产品追溯体系，实现农产品全程追溯，追溯产品达到50种。建设农产品标准化生产基地，基地面积达到10万亩。开展农产品质量安全培训，培训农民10000人次。开展农产品质量安全检查，检查生产基地100个，发现质量安全问题50项，整改率达到100%。获得农产品质量安全示范企业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六、农业社会化服务不断完善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开展农业社会化服务，提升农业服务水平。建设农业社会化服务中心10个，配备服务人员200人。开展农机作业服务，服务面积达到30万亩。开展农技推广服务，服务农户10000户。开展农资供应服务，供应农资10万吨。开展农产品销售服务，销售农产品20万吨。开展农业金融服务，发放农业贷款1亿元。开展农业保险服务，承保农业保险面积20万亩。开展农业信息服务，建设农业信息平台，发布农业信息10000条。农业社会化服务收入达到2亿元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七、人才队伍建设成效显著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人才队伍建设，打造高素质团队。本年度引进各类人才100人，其中高级人才10人。员工总数达到2000人，其中专业技术人员500人，管理人员100人。开展员工培训，全年培训员工10000人次。完善薪酬激励体系，实施绩效考核制度。加强企业文化建设，开展企业文化活动，增强员工凝聚力。员工满意度达到85%，员工流失率控制在10%以下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八、下一步工作计划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继续坚持农业现代化发展方向，推进乡村振兴战略实施。加大农业科技创新投入，提升农业科技水平。推进农业产业化经营，提升农业产业化水平。推进农业机械化，提升农业机械化水平。加强农产品质量安全管理，保障农产品质量安全。开展农业社会化服务，提升农业服务水平。加强人才队伍建设，打造高素质团队。推进企业数字化转型，提升运营效率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