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建筑行业工作总结模板</w:t>
      </w:r>
    </w:p>
    <w:p/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根据住房和城乡建设部的工作部署和要求，我司坚持质量第一、安全为先的理念，深入推进建筑业转型升级，不断提升工程质量和安全水平。现将本年度工作总结如下：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一、生产经营稳步发展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稳健经营理念，优化业务结构，实现生产经营稳步发展。本年度实现营业收入120亿元，同比增长10%；实现利润总额8亿元，同比增长12%。新签合同额150亿元，同比增长15%。在建项目120个，总建筑面积500万平方米。竣工项目80个，竣工面积300万平方米。工程合格率达到100%，工程优良率达到85%。客户满意度达到95%，合同履约率达到100%。企业信用等级达到AAA级，获得省级守合同重信用企业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二、工程质量持续提升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质量第一理念，建立健全质量管理体系。通过ISO9001质量管理体系认证、ISO14001环境管理体系认证、ISO45001职业健康安全管理体系认证。完善质量管理制度，制定质量管理手册，明确质量责任。加强施工过程质量控制，建立关键工序质量控制点，实施质量检查制度。开展质量检查，检查项目120个，发现质量问题500项，整改率达到100%。开展质量培训，培训员工15000人次。开展质量月活动，提升全员质量意识。获得优质工程奖15项，其中国家级优质工程奖2项，省级优质工程奖8项。获得鲁班奖1项，获得省级建筑结构优质工程奖5项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三、安全生产常抓不懈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安全发展理念，加强安全生产管理。建立健全安全生产责任制，签订安全生产责任书，明确安全责任。开展安全教育培训，培训员工20000人次。开展安全检查，检查项目120个，排查安全隐患1500项，整改率达到100%。开展应急演练，组织应急演练24次。建设安全设施，安全设施投入达到8000万元。加强安全文明施工，建设标准化工地，获得省级安全文明工地称号20个。全年未发生重大安全事故，安全生产形势稳定。获得安全生产标准化一级企业认证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四、技术创新成果丰硕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大技术创新投入，提升核心竞争力。本年度研发投入达到3亿元，占营收比例达到2.5%。研发团队规模达到300人，其中高级工程师80人。开展研发项目30项，完成研发项目25项。申请专利120项，其中发明专利60项，获得专利授权80项。获得省级工法15项，获得省级新技术应用示范工程5项。开发新技术新工艺20项，推广应用新技术10项。建设企业技术中心，建成省级企业技术中心。开展产学研合作，与5所高校建立合作关系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五、绿色建造深入推进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绿色发展理念，推进绿色建造。建设绿色建筑项目25个，建筑面积100万平方米，获得绿色建筑认证项目20个。推广装配式建筑，建设装配式建筑项目15个，装配率达到50%。推广BIM技术应用，应用BIM技术项目30个。开展节能减排，实施节能项目20项，节约能源消耗2000吨标准煤。建设绿色工地，获得省级绿色工地称号15个。开展建筑垃圾资源化利用，建筑垃圾资源化利用率达到80%。碳排放强度下降8%，能耗强度下降6%。获得绿色施工示范工程称号10项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六、项目管理水平不断提升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项目管理，提升项目管理水平。完善项目管理制度，制定项目管理手册，明确项目管理流程。加强项目进度管理，项目进度控制率达到95%。加强项目成本管理，项目成本控制率达到90%。加强项目质量管理，项目质量合格率达到100%。加强项目安全管理，项目安全事故率为零。加强项目合同管理，合同履约率达到100%。加强项目信息管理，建设项目管理信息系统，实现项目管理信息化。加强项目团队建设，培养项目经理100人，获得建造师资格人员200人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七、人才队伍建设成效显著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人才队伍建设，打造高素质团队。本年度引进各类人才500人，其中高级人才50人。员工总数达到8000人，其中专业技术人员3000人，注册建造师500人，注册造价师100人，注册安全工程师150人。开展员工培训，全年培训员工20000人次。完善薪酬激励体系，实施绩效考核制度。加强企业文化建设，开展企业文化活动，增强员工凝聚力。员工满意度达到88%，员工流失率控制在8%以下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八、下一步工作计划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继续坚持质量第一、安全为先的理念，推进建筑业转型升级。加大技术创新投入，提升核心竞争力。加强质量管理，提升工程质量。加强安全管理，确保安全生产。推进绿色建造，实现节能减排。加强项目管理，提升项目管理水平。加强人才队伍建设，打造高素质团队。推进企业数字化转型，提升运营效率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