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方正小标宋简体" w:hAnsi="方正小标宋简体" w:eastAsia="方正小标宋简体"/>
          <w:b/>
          <w:sz w:val="44"/>
        </w:rPr>
        <w:t>制造行业工作总结模板</w:t>
      </w:r>
    </w:p>
    <w:p/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根据工业和信息化部的工作部署和要求，我司坚持高质量发展理念，深入推进智能制造，不断提升生产效率和产品质量。现将本年度工作总结如下：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一、生产经营稳步增长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公司坚持稳中求进工作总基调，优化生产组织，实现生产经营稳步增长。本年度实现营业收入180亿元，同比增长12%；实现利润总额15亿元，同比增长15%。工业总产值达到200亿元，同比增长10%。主要产品产量：汽车零部件500万件，同比增长8%；机械设备2万台，同比增长12%；电子产品1000万件，同比增长15%。产能利用率达到90%，设备完好率达到98%。产品合格率达到99.5%，客户投诉率下降30%。订单完成率达到98%，准时交货率达到95%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二、智能制造深入推进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公司加快智能制造建设，提升生产自动化水平。本年度智能制造投入达到5亿元，建设智能工厂2个，智能车间10个。引进自动化生产线15条，工业机器人200台，自动化设备覆盖率从60%提升到80%。建设数字化车间，实现生产过程数字化管理。部署MES系统，实现生产过程实时监控。部署ERP系统，实现资源计划管理。部署PLM系统，实现产品生命周期管理。建设工业互联网平台，实现设备互联互通，联网设备达到5000台。开展工业大数据应用，数据分析能力显著提升。智能制造水平达到国家智能制造能力成熟度三级标准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三、质量管理持续加强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公司坚持质量第一理念，建立健全质量管理体系。通过ISO9001质量管理体系认证，IATF16949汽车行业质量管理体系认证。完善质量管理制度，制定质量管理手册，明确质量责任。加强过程质量控制，建立关键工序质量控制点，实施统计过程控制。开展质量改进活动，实施质量改进项目120项，节约成本5000万元。开展质量培训，培训员工15000人次。开展质量月活动，提升全员质量意识。处理质量问题500项，质量问题整改率达到100%。客户满意度达到95%，供应商质量评价合格率达到98%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四、技术创新成果丰硕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公司加大技术创新投入，提升核心竞争力。本年度研发投入达到8亿元，占营收比例达到4.5%。研发团队规模达到1500人，其中高级工程师300人，博士50人。开展研发项目80项，完成研发项目60项。申请专利350项，其中发明专利200项，获得专利授权180项。获得科技进步奖5项，其中省级科技进步奖2项。开发新产品25款，新产品销售收入达到30亿元，占营收比例达到17%。建设研发平台，建成省级企业技术中心、省级工程技术研究中心。开展产学研合作，与10所高校建立合作关系，联合培养人才200人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五、安全生产常抓不懈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公司坚持安全发展理念，加强安全生产管理。建立健全安全生产责任制，签订安全生产责任书，明确安全责任。开展安全教育培训，培训员工20000人次。开展安全检查，排查安全隐患800项，整改率达到100%。开展应急演练，组织应急演练12次。建设安全设施，安全设施投入达到5000万元。加强职业健康管理，开展职业健康体检，体检率达到100%。全年未发生重大安全事故，安全生产形势稳定。获得安全生产标准化二级企业认证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六、绿色发展成效显著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公司坚持绿色发展理念，推进节能减排。建设环保设施，环保投入达到8000万元。建设污水处理设施，污水处理能力达到5000吨/日，污水达标排放率达到100%。建设废气处理设施，废气达标排放率达到100%。开展节能改造，实施节能项目50项，节约能源消耗1万吨标准煤。开展清洁生产，通过清洁生产审核。开展循环经济，建设循环经济项目，资源综合利用率达到95%。碳排放强度下降10%，能耗强度下降8%。获得绿色工厂认证、环保诚信企业称号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七、供应链管理不断优化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公司加强供应链管理，提升供应链效率。优化供应商管理，供应商数量从500家优化到400家，优质供应商占比达到80%。开展供应商评价，评价供应商400家，淘汰不合格供应商50家。推进供应商协同，与核心供应商建立战略合作关系。建设供应链协同平台，实现供应链信息共享。优化库存管理，库存周转率提升20%，库存成本下降15%。优化物流管理，物流成本下降10%。加强采购管理，采购成本下降5%。建设数字化供应链，供应链响应速度提升30%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八、下一步工作计划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继续坚持高质量发展理念，推进智能制造。加大研发投入，提升技术创新能力。加强质量管理，提升产品质量。加强安全生产管理，确保安全生产。推进绿色发展，实现节能减排。优化供应链管理，提升供应链效率。加强人才队伍建设，打造高素质团队。推进国际化战略，拓展海外市场。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